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8CC74" w14:textId="77777777" w:rsidR="003368D2" w:rsidRDefault="00557389">
      <w:pPr>
        <w:pStyle w:val="Kop1"/>
        <w:jc w:val="center"/>
      </w:pPr>
      <w:r>
        <w:t>STANDAARDFORMULIER INFORMED CONSENT</w:t>
      </w:r>
    </w:p>
    <w:p w14:paraId="3A8942D1" w14:textId="77777777" w:rsidR="003368D2" w:rsidRDefault="00557389">
      <w:pPr>
        <w:pStyle w:val="Kop2"/>
      </w:pPr>
      <w:r>
        <w:t>1. Persoonsgegevens</w:t>
      </w:r>
    </w:p>
    <w:tbl>
      <w:tblPr>
        <w:tblStyle w:val="Tabelraster"/>
        <w:tblW w:w="0" w:type="auto"/>
        <w:tblLook w:val="04A0" w:firstRow="1" w:lastRow="0" w:firstColumn="1" w:lastColumn="0" w:noHBand="0" w:noVBand="1"/>
      </w:tblPr>
      <w:tblGrid>
        <w:gridCol w:w="4980"/>
        <w:gridCol w:w="4982"/>
      </w:tblGrid>
      <w:tr w:rsidR="003368D2" w14:paraId="6FF7C166" w14:textId="77777777">
        <w:tc>
          <w:tcPr>
            <w:tcW w:w="4986" w:type="dxa"/>
          </w:tcPr>
          <w:p w14:paraId="3ED51B0D" w14:textId="77777777" w:rsidR="003368D2" w:rsidRDefault="00557389">
            <w:r>
              <w:t>Naam</w:t>
            </w:r>
          </w:p>
        </w:tc>
        <w:tc>
          <w:tcPr>
            <w:tcW w:w="4986" w:type="dxa"/>
          </w:tcPr>
          <w:p w14:paraId="107B945F" w14:textId="77777777" w:rsidR="003368D2" w:rsidRDefault="00557389">
            <w:r>
              <w:t>........................................................</w:t>
            </w:r>
          </w:p>
        </w:tc>
      </w:tr>
      <w:tr w:rsidR="003368D2" w14:paraId="0E875BB6" w14:textId="77777777">
        <w:tc>
          <w:tcPr>
            <w:tcW w:w="4986" w:type="dxa"/>
          </w:tcPr>
          <w:p w14:paraId="0EC34B70" w14:textId="77777777" w:rsidR="003368D2" w:rsidRDefault="00557389">
            <w:r>
              <w:t>Geboortedatum</w:t>
            </w:r>
          </w:p>
        </w:tc>
        <w:tc>
          <w:tcPr>
            <w:tcW w:w="4986" w:type="dxa"/>
          </w:tcPr>
          <w:p w14:paraId="7531B205" w14:textId="77777777" w:rsidR="003368D2" w:rsidRDefault="00557389">
            <w:r>
              <w:t>........................................................</w:t>
            </w:r>
          </w:p>
        </w:tc>
      </w:tr>
      <w:tr w:rsidR="003368D2" w14:paraId="11D55F1F" w14:textId="77777777">
        <w:tc>
          <w:tcPr>
            <w:tcW w:w="4986" w:type="dxa"/>
          </w:tcPr>
          <w:p w14:paraId="79D60C30" w14:textId="77777777" w:rsidR="003368D2" w:rsidRDefault="00557389">
            <w:r>
              <w:t>Telefoon</w:t>
            </w:r>
          </w:p>
        </w:tc>
        <w:tc>
          <w:tcPr>
            <w:tcW w:w="4986" w:type="dxa"/>
          </w:tcPr>
          <w:p w14:paraId="239E7AAF" w14:textId="77777777" w:rsidR="003368D2" w:rsidRDefault="00557389">
            <w:r>
              <w:t>........................................................</w:t>
            </w:r>
          </w:p>
        </w:tc>
      </w:tr>
      <w:tr w:rsidR="003368D2" w14:paraId="5FE6B5A3" w14:textId="77777777">
        <w:tc>
          <w:tcPr>
            <w:tcW w:w="4986" w:type="dxa"/>
          </w:tcPr>
          <w:p w14:paraId="41AEF00B" w14:textId="77777777" w:rsidR="003368D2" w:rsidRDefault="00557389">
            <w:r>
              <w:t>E-mail</w:t>
            </w:r>
          </w:p>
        </w:tc>
        <w:tc>
          <w:tcPr>
            <w:tcW w:w="4986" w:type="dxa"/>
          </w:tcPr>
          <w:p w14:paraId="6F3BB048" w14:textId="77777777" w:rsidR="003368D2" w:rsidRDefault="00557389">
            <w:r>
              <w:t>........................................................</w:t>
            </w:r>
          </w:p>
        </w:tc>
      </w:tr>
      <w:tr w:rsidR="003368D2" w14:paraId="115302A0" w14:textId="77777777">
        <w:tc>
          <w:tcPr>
            <w:tcW w:w="4986" w:type="dxa"/>
          </w:tcPr>
          <w:p w14:paraId="30D3153E" w14:textId="77777777" w:rsidR="003368D2" w:rsidRDefault="00557389">
            <w:r>
              <w:t>Datum</w:t>
            </w:r>
          </w:p>
        </w:tc>
        <w:tc>
          <w:tcPr>
            <w:tcW w:w="4986" w:type="dxa"/>
          </w:tcPr>
          <w:p w14:paraId="2CE2BBFF" w14:textId="77777777" w:rsidR="003368D2" w:rsidRDefault="00557389">
            <w:r>
              <w:t>........................................................</w:t>
            </w:r>
          </w:p>
        </w:tc>
      </w:tr>
      <w:tr w:rsidR="003368D2" w14:paraId="5876B17F" w14:textId="77777777">
        <w:tc>
          <w:tcPr>
            <w:tcW w:w="4986" w:type="dxa"/>
          </w:tcPr>
          <w:p w14:paraId="38987790" w14:textId="77777777" w:rsidR="003368D2" w:rsidRDefault="00557389">
            <w:r>
              <w:t>Nagelstylist</w:t>
            </w:r>
          </w:p>
        </w:tc>
        <w:tc>
          <w:tcPr>
            <w:tcW w:w="4986" w:type="dxa"/>
          </w:tcPr>
          <w:p w14:paraId="4C2F9512" w14:textId="77777777" w:rsidR="003368D2" w:rsidRDefault="00557389">
            <w:r>
              <w:t>........................................................</w:t>
            </w:r>
          </w:p>
        </w:tc>
      </w:tr>
      <w:tr w:rsidR="003368D2" w14:paraId="704AA1A5" w14:textId="77777777">
        <w:tc>
          <w:tcPr>
            <w:tcW w:w="4986" w:type="dxa"/>
          </w:tcPr>
          <w:p w14:paraId="5C844CCC" w14:textId="77777777" w:rsidR="003368D2" w:rsidRDefault="00557389">
            <w:r>
              <w:t>Behandeling</w:t>
            </w:r>
          </w:p>
        </w:tc>
        <w:tc>
          <w:tcPr>
            <w:tcW w:w="4986" w:type="dxa"/>
          </w:tcPr>
          <w:p w14:paraId="5A830B05" w14:textId="77777777" w:rsidR="003368D2" w:rsidRDefault="00557389">
            <w:r>
              <w:t>........................................................</w:t>
            </w:r>
          </w:p>
        </w:tc>
      </w:tr>
    </w:tbl>
    <w:p w14:paraId="7A28272E" w14:textId="77777777" w:rsidR="003368D2" w:rsidRDefault="00557389">
      <w:pPr>
        <w:pStyle w:val="Kop2"/>
      </w:pPr>
      <w:r>
        <w:t>2. Gezondheidsvragen</w:t>
      </w:r>
    </w:p>
    <w:p w14:paraId="717413CF" w14:textId="77777777" w:rsidR="003368D2" w:rsidRPr="00557389" w:rsidRDefault="00557389">
      <w:pPr>
        <w:rPr>
          <w:lang w:val="nl-NL"/>
        </w:rPr>
      </w:pPr>
      <w:r w:rsidRPr="00557389">
        <w:rPr>
          <w:lang w:val="nl-NL"/>
        </w:rPr>
        <w:t>☐ Ja ☐ Nee  Heeft u een bekende allergie voor cosmetica, acrylaten of nagelproducten?</w:t>
      </w:r>
    </w:p>
    <w:p w14:paraId="0D28CF08" w14:textId="77777777" w:rsidR="003368D2" w:rsidRPr="00557389" w:rsidRDefault="00557389">
      <w:pPr>
        <w:rPr>
          <w:lang w:val="nl-NL"/>
        </w:rPr>
      </w:pPr>
      <w:r w:rsidRPr="00557389">
        <w:rPr>
          <w:lang w:val="nl-NL"/>
        </w:rPr>
        <w:t>☐ Ja ☐ Nee  Gebruikt u medicatie die invloed kan hebben op huid of nagels?</w:t>
      </w:r>
    </w:p>
    <w:p w14:paraId="719B2FDC" w14:textId="77777777" w:rsidR="003368D2" w:rsidRPr="00557389" w:rsidRDefault="00557389">
      <w:pPr>
        <w:rPr>
          <w:lang w:val="nl-NL"/>
        </w:rPr>
      </w:pPr>
      <w:r w:rsidRPr="00557389">
        <w:rPr>
          <w:lang w:val="nl-NL"/>
        </w:rPr>
        <w:t>☐ Ja ☐ Nee  Bent u onder behandeling van een arts of dermatoloog?</w:t>
      </w:r>
    </w:p>
    <w:p w14:paraId="6987EF79" w14:textId="77777777" w:rsidR="003368D2" w:rsidRPr="00557389" w:rsidRDefault="00557389">
      <w:pPr>
        <w:rPr>
          <w:lang w:val="nl-NL"/>
        </w:rPr>
      </w:pPr>
      <w:r w:rsidRPr="00557389">
        <w:rPr>
          <w:lang w:val="nl-NL"/>
        </w:rPr>
        <w:t>☐ Ja ☐ Nee  Heeft u een schimmel-, bacteriële of virale nagel-/huidaandoening?</w:t>
      </w:r>
    </w:p>
    <w:p w14:paraId="1EFAEC2C" w14:textId="77777777" w:rsidR="003368D2" w:rsidRPr="00557389" w:rsidRDefault="00557389">
      <w:pPr>
        <w:rPr>
          <w:lang w:val="nl-NL"/>
        </w:rPr>
      </w:pPr>
      <w:r w:rsidRPr="00557389">
        <w:rPr>
          <w:lang w:val="nl-NL"/>
        </w:rPr>
        <w:t>☐ Ja ☐ Nee  Bent u zwanger of geeft u borstvoeding?</w:t>
      </w:r>
    </w:p>
    <w:p w14:paraId="1B430717" w14:textId="77777777" w:rsidR="003368D2" w:rsidRPr="00557389" w:rsidRDefault="00557389">
      <w:pPr>
        <w:rPr>
          <w:lang w:val="nl-NL"/>
        </w:rPr>
      </w:pPr>
      <w:r w:rsidRPr="00557389">
        <w:rPr>
          <w:lang w:val="nl-NL"/>
        </w:rPr>
        <w:t>☐ Ja ☐ Nee  Zijn er andere bijzonderheden die van belang zijn?</w:t>
      </w:r>
    </w:p>
    <w:p w14:paraId="7573AC2F" w14:textId="77777777" w:rsidR="003368D2" w:rsidRPr="00557389" w:rsidRDefault="00557389">
      <w:pPr>
        <w:rPr>
          <w:lang w:val="nl-NL"/>
        </w:rPr>
      </w:pPr>
      <w:r w:rsidRPr="00557389">
        <w:rPr>
          <w:lang w:val="nl-NL"/>
        </w:rPr>
        <w:t>Toelichting:</w:t>
      </w:r>
      <w:r w:rsidRPr="00557389">
        <w:rPr>
          <w:lang w:val="nl-NL"/>
        </w:rPr>
        <w:br/>
        <w:t>..........................................................................................</w:t>
      </w:r>
      <w:r w:rsidRPr="00557389">
        <w:rPr>
          <w:lang w:val="nl-NL"/>
        </w:rPr>
        <w:br/>
        <w:t>..........................................................................................</w:t>
      </w:r>
    </w:p>
    <w:p w14:paraId="71A17511" w14:textId="77777777" w:rsidR="003368D2" w:rsidRPr="00557389" w:rsidRDefault="00557389">
      <w:pPr>
        <w:pStyle w:val="Kop2"/>
        <w:rPr>
          <w:lang w:val="nl-NL"/>
        </w:rPr>
      </w:pPr>
      <w:r w:rsidRPr="00557389">
        <w:rPr>
          <w:lang w:val="nl-NL"/>
        </w:rPr>
        <w:t>3. Ik ben geïnformeerd over</w:t>
      </w:r>
    </w:p>
    <w:p w14:paraId="5A14FFE4" w14:textId="77777777" w:rsidR="003368D2" w:rsidRPr="00557389" w:rsidRDefault="00557389">
      <w:pPr>
        <w:rPr>
          <w:lang w:val="nl-NL"/>
        </w:rPr>
      </w:pPr>
      <w:r w:rsidRPr="00557389">
        <w:rPr>
          <w:lang w:val="nl-NL"/>
        </w:rPr>
        <w:t>☐ De aard en het doel van de behandeling.</w:t>
      </w:r>
    </w:p>
    <w:p w14:paraId="72A9AB43" w14:textId="77777777" w:rsidR="003368D2" w:rsidRPr="00557389" w:rsidRDefault="00557389">
      <w:pPr>
        <w:rPr>
          <w:lang w:val="nl-NL"/>
        </w:rPr>
      </w:pPr>
      <w:r w:rsidRPr="00557389">
        <w:rPr>
          <w:lang w:val="nl-NL"/>
        </w:rPr>
        <w:t>☐ De gebruikte producten en materialen.</w:t>
      </w:r>
    </w:p>
    <w:p w14:paraId="721C1695" w14:textId="77777777" w:rsidR="003368D2" w:rsidRPr="00557389" w:rsidRDefault="00557389">
      <w:pPr>
        <w:rPr>
          <w:lang w:val="nl-NL"/>
        </w:rPr>
      </w:pPr>
      <w:r w:rsidRPr="00557389">
        <w:rPr>
          <w:lang w:val="nl-NL"/>
        </w:rPr>
        <w:t>☐ Mogelijke risico's zoals allergische reacties of lifting.</w:t>
      </w:r>
    </w:p>
    <w:p w14:paraId="3A9B4C0A" w14:textId="77777777" w:rsidR="003368D2" w:rsidRPr="00557389" w:rsidRDefault="00557389">
      <w:pPr>
        <w:rPr>
          <w:lang w:val="nl-NL"/>
        </w:rPr>
      </w:pPr>
      <w:r w:rsidRPr="00557389">
        <w:rPr>
          <w:lang w:val="nl-NL"/>
        </w:rPr>
        <w:t>☐ Het verwachte resultaat en de beperkingen.</w:t>
      </w:r>
    </w:p>
    <w:p w14:paraId="72C0E37C" w14:textId="77777777" w:rsidR="003368D2" w:rsidRPr="00557389" w:rsidRDefault="00557389">
      <w:pPr>
        <w:rPr>
          <w:lang w:val="nl-NL"/>
        </w:rPr>
      </w:pPr>
      <w:r w:rsidRPr="00557389">
        <w:rPr>
          <w:lang w:val="nl-NL"/>
        </w:rPr>
        <w:t>☐ Onderhoudsbehandelingen en de aanbevolen onderhoudsfrequentie.</w:t>
      </w:r>
    </w:p>
    <w:p w14:paraId="6CE413AA" w14:textId="77777777" w:rsidR="003368D2" w:rsidRPr="00557389" w:rsidRDefault="00557389">
      <w:pPr>
        <w:rPr>
          <w:lang w:val="nl-NL"/>
        </w:rPr>
      </w:pPr>
      <w:r w:rsidRPr="00557389">
        <w:rPr>
          <w:lang w:val="nl-NL"/>
        </w:rPr>
        <w:t>☐ Thuisverzorging en nazorg.</w:t>
      </w:r>
    </w:p>
    <w:p w14:paraId="04D35846" w14:textId="77777777" w:rsidR="003368D2" w:rsidRPr="00557389" w:rsidRDefault="00557389">
      <w:pPr>
        <w:rPr>
          <w:lang w:val="nl-NL"/>
        </w:rPr>
      </w:pPr>
      <w:r w:rsidRPr="00557389">
        <w:rPr>
          <w:lang w:val="nl-NL"/>
        </w:rPr>
        <w:t>☐ Wanneer ik contact moet opnemen met de nagelstylist.</w:t>
      </w:r>
    </w:p>
    <w:p w14:paraId="3AEE1E1E" w14:textId="77777777" w:rsidR="003368D2" w:rsidRPr="00557389" w:rsidRDefault="00557389">
      <w:pPr>
        <w:pStyle w:val="Kop2"/>
        <w:rPr>
          <w:lang w:val="nl-NL"/>
        </w:rPr>
      </w:pPr>
      <w:r w:rsidRPr="00557389">
        <w:rPr>
          <w:lang w:val="nl-NL"/>
        </w:rPr>
        <w:t>4. Leefregels voor kunstnagels</w:t>
      </w:r>
    </w:p>
    <w:p w14:paraId="5C063093" w14:textId="77777777" w:rsidR="003368D2" w:rsidRPr="00557389" w:rsidRDefault="00557389">
      <w:pPr>
        <w:rPr>
          <w:lang w:val="nl-NL"/>
        </w:rPr>
      </w:pPr>
      <w:r w:rsidRPr="00557389">
        <w:rPr>
          <w:lang w:val="nl-NL"/>
        </w:rPr>
        <w:t>☐ Gebruik kunstnagels niet als gereedschap.</w:t>
      </w:r>
    </w:p>
    <w:p w14:paraId="748262C6" w14:textId="77777777" w:rsidR="003368D2" w:rsidRPr="00557389" w:rsidRDefault="00557389">
      <w:pPr>
        <w:rPr>
          <w:lang w:val="nl-NL"/>
        </w:rPr>
      </w:pPr>
      <w:r w:rsidRPr="00557389">
        <w:rPr>
          <w:lang w:val="nl-NL"/>
        </w:rPr>
        <w:lastRenderedPageBreak/>
        <w:t>☐ Draag handschoenen bij schoonmaak- en tuinwerkzaamheden.</w:t>
      </w:r>
    </w:p>
    <w:p w14:paraId="49142AEF" w14:textId="77777777" w:rsidR="003368D2" w:rsidRPr="00557389" w:rsidRDefault="00557389">
      <w:pPr>
        <w:rPr>
          <w:lang w:val="nl-NL"/>
        </w:rPr>
      </w:pPr>
      <w:r w:rsidRPr="00557389">
        <w:rPr>
          <w:lang w:val="nl-NL"/>
        </w:rPr>
        <w:t>☐ Trek of peuter niet aan loslatende producten.</w:t>
      </w:r>
    </w:p>
    <w:p w14:paraId="25BFE6F8" w14:textId="77777777" w:rsidR="003368D2" w:rsidRPr="00557389" w:rsidRDefault="00557389">
      <w:pPr>
        <w:rPr>
          <w:lang w:val="nl-NL"/>
        </w:rPr>
      </w:pPr>
      <w:r w:rsidRPr="00557389">
        <w:rPr>
          <w:lang w:val="nl-NL"/>
        </w:rPr>
        <w:t>☐ Meld beschadigingen of pijn direct.</w:t>
      </w:r>
    </w:p>
    <w:p w14:paraId="4E0C9142" w14:textId="77777777" w:rsidR="003368D2" w:rsidRPr="00557389" w:rsidRDefault="00557389">
      <w:pPr>
        <w:rPr>
          <w:lang w:val="nl-NL"/>
        </w:rPr>
      </w:pPr>
      <w:r w:rsidRPr="00557389">
        <w:rPr>
          <w:lang w:val="nl-NL"/>
        </w:rPr>
        <w:t>☐ Volg de geadviseerde onderhoudsafspraken.</w:t>
      </w:r>
    </w:p>
    <w:p w14:paraId="532D70A9" w14:textId="77777777" w:rsidR="003368D2" w:rsidRPr="00557389" w:rsidRDefault="00557389">
      <w:pPr>
        <w:rPr>
          <w:lang w:val="nl-NL"/>
        </w:rPr>
      </w:pPr>
      <w:r w:rsidRPr="00557389">
        <w:rPr>
          <w:lang w:val="nl-NL"/>
        </w:rPr>
        <w:t>☐ Volg de thuisverzorgingsadviezen op.</w:t>
      </w:r>
    </w:p>
    <w:p w14:paraId="1147DB83" w14:textId="77777777" w:rsidR="003368D2" w:rsidRPr="00557389" w:rsidRDefault="00557389">
      <w:pPr>
        <w:pStyle w:val="Kop2"/>
        <w:rPr>
          <w:lang w:val="nl-NL"/>
        </w:rPr>
      </w:pPr>
      <w:r w:rsidRPr="00557389">
        <w:rPr>
          <w:lang w:val="nl-NL"/>
        </w:rPr>
        <w:t>5. Toestemmingen</w:t>
      </w:r>
    </w:p>
    <w:p w14:paraId="0CBCFB72" w14:textId="77777777" w:rsidR="003368D2" w:rsidRPr="00557389" w:rsidRDefault="00557389">
      <w:pPr>
        <w:rPr>
          <w:lang w:val="nl-NL"/>
        </w:rPr>
      </w:pPr>
      <w:r w:rsidRPr="00557389">
        <w:rPr>
          <w:lang w:val="nl-NL"/>
        </w:rPr>
        <w:t>☐ Ik geef toestemming voor de behandeling.</w:t>
      </w:r>
    </w:p>
    <w:p w14:paraId="4907097F" w14:textId="77777777" w:rsidR="003368D2" w:rsidRPr="00557389" w:rsidRDefault="00557389">
      <w:pPr>
        <w:rPr>
          <w:lang w:val="nl-NL"/>
        </w:rPr>
      </w:pPr>
      <w:r w:rsidRPr="00557389">
        <w:rPr>
          <w:lang w:val="nl-NL"/>
        </w:rPr>
        <w:t>☐ Ik geef toestemming voor het vastleggen en bewaren van mijn behandelgegevens conform de AVG.</w:t>
      </w:r>
    </w:p>
    <w:p w14:paraId="2E04391C" w14:textId="77777777" w:rsidR="003368D2" w:rsidRPr="00557389" w:rsidRDefault="00557389">
      <w:pPr>
        <w:rPr>
          <w:lang w:val="nl-NL"/>
        </w:rPr>
      </w:pPr>
      <w:r w:rsidRPr="00557389">
        <w:rPr>
          <w:lang w:val="nl-NL"/>
        </w:rPr>
        <w:t>☐ Ja ☐ Nee  Ik geef toestemming voor het maken en bewaren van behandel-/voortgangsfoto's.</w:t>
      </w:r>
    </w:p>
    <w:p w14:paraId="730FB731" w14:textId="77777777" w:rsidR="003368D2" w:rsidRPr="00557389" w:rsidRDefault="00557389">
      <w:pPr>
        <w:rPr>
          <w:lang w:val="nl-NL"/>
        </w:rPr>
      </w:pPr>
      <w:r w:rsidRPr="00557389">
        <w:rPr>
          <w:lang w:val="nl-NL"/>
        </w:rPr>
        <w:t>☐ Ja ☐ Nee  Ik geef toestemming om foto's (geanonimiseerd) te gebruiken voor opleiding of kwaliteitsdoeleinden.</w:t>
      </w:r>
    </w:p>
    <w:p w14:paraId="3CF3D2B4" w14:textId="77777777" w:rsidR="003368D2" w:rsidRPr="00557389" w:rsidRDefault="00557389">
      <w:pPr>
        <w:pStyle w:val="Kop2"/>
        <w:rPr>
          <w:lang w:val="nl-NL"/>
        </w:rPr>
      </w:pPr>
      <w:r w:rsidRPr="00557389">
        <w:rPr>
          <w:lang w:val="nl-NL"/>
        </w:rPr>
        <w:t>6. Verklaring</w:t>
      </w:r>
    </w:p>
    <w:p w14:paraId="70E71FA0" w14:textId="77777777" w:rsidR="003368D2" w:rsidRPr="00557389" w:rsidRDefault="00557389">
      <w:pPr>
        <w:rPr>
          <w:lang w:val="nl-NL"/>
        </w:rPr>
      </w:pPr>
      <w:r w:rsidRPr="00557389">
        <w:rPr>
          <w:lang w:val="nl-NL"/>
        </w:rPr>
        <w:t>Ik verklaar dat ik voldoende gelegenheid heb gehad om vragen te stellen. Ik heb begrijpelijke informatie ontvangen over de behandeling, de voordelen, mogelijke risico's, het onderhoud en de thuisverzorging. Ik geef vrijwillig toestemming voor uitvoering van de behandeling. Ik begrijp dat het opvolgen van de adviezen van invloed is op het resultaat.</w:t>
      </w:r>
    </w:p>
    <w:p w14:paraId="6DB52DF7" w14:textId="77777777" w:rsidR="003368D2" w:rsidRDefault="00557389">
      <w:pPr>
        <w:pStyle w:val="Kop2"/>
      </w:pPr>
      <w:r>
        <w:t>7. Handtekeningen</w:t>
      </w:r>
    </w:p>
    <w:tbl>
      <w:tblPr>
        <w:tblStyle w:val="Tabelraster"/>
        <w:tblW w:w="0" w:type="auto"/>
        <w:tblLook w:val="04A0" w:firstRow="1" w:lastRow="0" w:firstColumn="1" w:lastColumn="0" w:noHBand="0" w:noVBand="1"/>
      </w:tblPr>
      <w:tblGrid>
        <w:gridCol w:w="4981"/>
        <w:gridCol w:w="4981"/>
      </w:tblGrid>
      <w:tr w:rsidR="003368D2" w14:paraId="47508853" w14:textId="77777777">
        <w:tc>
          <w:tcPr>
            <w:tcW w:w="4986" w:type="dxa"/>
          </w:tcPr>
          <w:p w14:paraId="5AB14BD9" w14:textId="77777777" w:rsidR="003368D2" w:rsidRDefault="00557389">
            <w:r>
              <w:t>Handtekening klant</w:t>
            </w:r>
          </w:p>
        </w:tc>
        <w:tc>
          <w:tcPr>
            <w:tcW w:w="4986" w:type="dxa"/>
          </w:tcPr>
          <w:p w14:paraId="5EB7AC0E" w14:textId="77777777" w:rsidR="003368D2" w:rsidRDefault="00557389">
            <w:r>
              <w:t>Handtekening nagelstylist</w:t>
            </w:r>
          </w:p>
        </w:tc>
      </w:tr>
      <w:tr w:rsidR="003368D2" w14:paraId="78CDC2F7" w14:textId="77777777">
        <w:tc>
          <w:tcPr>
            <w:tcW w:w="4986" w:type="dxa"/>
          </w:tcPr>
          <w:p w14:paraId="778ABFED" w14:textId="77777777" w:rsidR="003368D2" w:rsidRDefault="00557389">
            <w:r>
              <w:br/>
            </w:r>
            <w:r>
              <w:br/>
            </w:r>
            <w:r>
              <w:br/>
            </w:r>
          </w:p>
        </w:tc>
        <w:tc>
          <w:tcPr>
            <w:tcW w:w="4986" w:type="dxa"/>
          </w:tcPr>
          <w:p w14:paraId="20F1D6E5" w14:textId="77777777" w:rsidR="003368D2" w:rsidRDefault="00557389">
            <w:r>
              <w:br/>
            </w:r>
            <w:r>
              <w:br/>
            </w:r>
            <w:r>
              <w:br/>
            </w:r>
          </w:p>
        </w:tc>
      </w:tr>
      <w:tr w:rsidR="003368D2" w14:paraId="766FA17D" w14:textId="77777777">
        <w:tc>
          <w:tcPr>
            <w:tcW w:w="4986" w:type="dxa"/>
          </w:tcPr>
          <w:p w14:paraId="08BD6B48" w14:textId="77777777" w:rsidR="003368D2" w:rsidRDefault="00557389">
            <w:r>
              <w:t>Naam: __________________</w:t>
            </w:r>
          </w:p>
        </w:tc>
        <w:tc>
          <w:tcPr>
            <w:tcW w:w="4986" w:type="dxa"/>
          </w:tcPr>
          <w:p w14:paraId="65C94BD9" w14:textId="77777777" w:rsidR="003368D2" w:rsidRDefault="00557389">
            <w:r>
              <w:t>Naam: __________________</w:t>
            </w:r>
          </w:p>
        </w:tc>
      </w:tr>
      <w:tr w:rsidR="003368D2" w14:paraId="06848A2D" w14:textId="77777777">
        <w:tc>
          <w:tcPr>
            <w:tcW w:w="4986" w:type="dxa"/>
          </w:tcPr>
          <w:p w14:paraId="33933A90" w14:textId="77777777" w:rsidR="003368D2" w:rsidRDefault="00557389">
            <w:r>
              <w:t>Datum: _________________</w:t>
            </w:r>
          </w:p>
        </w:tc>
        <w:tc>
          <w:tcPr>
            <w:tcW w:w="4986" w:type="dxa"/>
          </w:tcPr>
          <w:p w14:paraId="323A6D6C" w14:textId="77777777" w:rsidR="003368D2" w:rsidRDefault="00557389">
            <w:r>
              <w:t>Datum: _________________</w:t>
            </w:r>
          </w:p>
        </w:tc>
      </w:tr>
    </w:tbl>
    <w:p w14:paraId="25B58DD5" w14:textId="77777777" w:rsidR="003368D2" w:rsidRPr="00557389" w:rsidRDefault="00557389">
      <w:pPr>
        <w:rPr>
          <w:i/>
          <w:iCs/>
          <w:lang w:val="nl-NL"/>
        </w:rPr>
      </w:pPr>
      <w:r w:rsidRPr="00557389">
        <w:rPr>
          <w:lang w:val="nl-NL"/>
        </w:rPr>
        <w:br/>
      </w:r>
      <w:r w:rsidRPr="00557389">
        <w:rPr>
          <w:i/>
          <w:iCs/>
          <w:lang w:val="nl-NL"/>
        </w:rPr>
        <w:t xml:space="preserve">Dit formulier is ontwikkeld als voorbeeld binnen de Professionele Standaard van </w:t>
      </w:r>
      <w:proofErr w:type="spellStart"/>
      <w:r w:rsidRPr="00557389">
        <w:rPr>
          <w:i/>
          <w:iCs/>
          <w:lang w:val="nl-NL"/>
        </w:rPr>
        <w:t>NAILregister</w:t>
      </w:r>
      <w:proofErr w:type="spellEnd"/>
      <w:r w:rsidRPr="00557389">
        <w:rPr>
          <w:i/>
          <w:iCs/>
          <w:lang w:val="nl-NL"/>
        </w:rPr>
        <w:t xml:space="preserve">. Het vervangt geen juridisch advies en dient te worden afgestemd op de eigen praktijkvoering en </w:t>
      </w:r>
      <w:proofErr w:type="spellStart"/>
      <w:r w:rsidRPr="00557389">
        <w:rPr>
          <w:i/>
          <w:iCs/>
          <w:lang w:val="nl-NL"/>
        </w:rPr>
        <w:t>privacybeleid</w:t>
      </w:r>
      <w:proofErr w:type="spellEnd"/>
      <w:r w:rsidRPr="00557389">
        <w:rPr>
          <w:i/>
          <w:iCs/>
          <w:lang w:val="nl-NL"/>
        </w:rPr>
        <w:t>.</w:t>
      </w:r>
    </w:p>
    <w:sectPr w:rsidR="003368D2" w:rsidRPr="00557389" w:rsidSect="00034616">
      <w:headerReference w:type="default" r:id="rId8"/>
      <w:footerReference w:type="default" r:id="rId9"/>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CDB7E" w14:textId="77777777" w:rsidR="00557389" w:rsidRDefault="00557389">
      <w:pPr>
        <w:spacing w:after="0" w:line="240" w:lineRule="auto"/>
      </w:pPr>
      <w:r>
        <w:separator/>
      </w:r>
    </w:p>
  </w:endnote>
  <w:endnote w:type="continuationSeparator" w:id="0">
    <w:p w14:paraId="2E49F44C" w14:textId="77777777" w:rsidR="00557389" w:rsidRDefault="00557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F390" w14:textId="77777777" w:rsidR="003368D2" w:rsidRDefault="00557389">
    <w:pPr>
      <w:pStyle w:val="Voettekst"/>
      <w:jc w:val="center"/>
    </w:pPr>
    <w:proofErr w:type="spellStart"/>
    <w:r>
      <w:rPr>
        <w:color w:val="AA3CB4"/>
        <w:sz w:val="18"/>
      </w:rPr>
      <w:t>NAILregister</w:t>
    </w:r>
    <w:proofErr w:type="spellEnd"/>
    <w:r>
      <w:rPr>
        <w:color w:val="AA3CB4"/>
        <w:sz w:val="18"/>
      </w:rPr>
      <w:t xml:space="preserve"> | Professionele </w:t>
    </w:r>
    <w:proofErr w:type="spellStart"/>
    <w:r>
      <w:rPr>
        <w:color w:val="AA3CB4"/>
        <w:sz w:val="18"/>
      </w:rPr>
      <w:t>Standaard</w:t>
    </w:r>
    <w:proofErr w:type="spellEnd"/>
    <w:r>
      <w:rPr>
        <w:color w:val="AA3CB4"/>
        <w:sz w:val="18"/>
      </w:rPr>
      <w:t xml:space="preserve"> | Informed Consent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44D49" w14:textId="77777777" w:rsidR="00557389" w:rsidRDefault="00557389">
      <w:pPr>
        <w:spacing w:after="0" w:line="240" w:lineRule="auto"/>
      </w:pPr>
      <w:r>
        <w:separator/>
      </w:r>
    </w:p>
  </w:footnote>
  <w:footnote w:type="continuationSeparator" w:id="0">
    <w:p w14:paraId="11A89571" w14:textId="77777777" w:rsidR="00557389" w:rsidRDefault="00557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A64E4" w14:textId="77777777" w:rsidR="003368D2" w:rsidRDefault="00557389">
    <w:pPr>
      <w:pStyle w:val="Koptekst"/>
    </w:pPr>
    <w:r>
      <w:rPr>
        <w:noProof/>
      </w:rPr>
      <w:drawing>
        <wp:inline distT="0" distB="0" distL="0" distR="0" wp14:anchorId="5EBC82DC" wp14:editId="00F50852">
          <wp:extent cx="1800000" cy="5649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ailRegister-RGB2(1).jpg"/>
                  <pic:cNvPicPr/>
                </pic:nvPicPr>
                <pic:blipFill>
                  <a:blip r:embed="rId1"/>
                  <a:stretch>
                    <a:fillRect/>
                  </a:stretch>
                </pic:blipFill>
                <pic:spPr>
                  <a:xfrm>
                    <a:off x="0" y="0"/>
                    <a:ext cx="1800000" cy="5649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861701889">
    <w:abstractNumId w:val="8"/>
  </w:num>
  <w:num w:numId="2" w16cid:durableId="1133140364">
    <w:abstractNumId w:val="6"/>
  </w:num>
  <w:num w:numId="3" w16cid:durableId="1183208744">
    <w:abstractNumId w:val="5"/>
  </w:num>
  <w:num w:numId="4" w16cid:durableId="595291924">
    <w:abstractNumId w:val="4"/>
  </w:num>
  <w:num w:numId="5" w16cid:durableId="1681393363">
    <w:abstractNumId w:val="7"/>
  </w:num>
  <w:num w:numId="6" w16cid:durableId="328993371">
    <w:abstractNumId w:val="3"/>
  </w:num>
  <w:num w:numId="7" w16cid:durableId="1717855563">
    <w:abstractNumId w:val="2"/>
  </w:num>
  <w:num w:numId="8" w16cid:durableId="1443498947">
    <w:abstractNumId w:val="1"/>
  </w:num>
  <w:num w:numId="9" w16cid:durableId="791706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68D2"/>
    <w:rsid w:val="00557389"/>
    <w:rsid w:val="007E2A47"/>
    <w:rsid w:val="00AA1D8D"/>
    <w:rsid w:val="00B47730"/>
    <w:rsid w:val="00BA2433"/>
    <w:rsid w:val="00CB0664"/>
    <w:rsid w:val="00E71A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BFB903"/>
  <w14:defaultImageDpi w14:val="300"/>
  <w15:docId w15:val="{15282E6E-E282-46FA-BD73-BB24B2BA4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451</Words>
  <Characters>2483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Meryem Maaroufi</cp:lastModifiedBy>
  <cp:revision>2</cp:revision>
  <dcterms:created xsi:type="dcterms:W3CDTF">2026-07-15T09:32:00Z</dcterms:created>
  <dcterms:modified xsi:type="dcterms:W3CDTF">2026-07-15T09:32:00Z</dcterms:modified>
  <cp:category/>
</cp:coreProperties>
</file>